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המטאפורה המרכזית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מבנה השיר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שהתינוק הוא הקורא, האזרח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הטמפרטורה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"החליפות" - בעלי הכוח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הולכת אל "הרב שלה" למצוא היתר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היציע במגרש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ה"אתה" הוא הקורא, האזרח, לא המשורר.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המילים האחרונות בשיר, סיום חריף 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הגדיר המשורר את השיר בראיון.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התקשורת ממהרת לכותרת זולה, לא להצלה בפועל.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הדימוי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(בעלי הכוח והעושר)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(מאפשרים לראות החוצה אך לא להביט)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(דימוי לקונפורמיות - כולם שרים אותו 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(המדינה מתנהגת כמהמרת בלי 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היחידה להציל את התינוק)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 בציטוט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התקדמות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המכונית הנעולה והחלונות הסגורים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על פתיחת הבית הראשון בבית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ה"שיר" שהמדינה מכתיבה לכולם ביציע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המדינה מחכה ליד הטלפון ומתפללת להגרלה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קצר בשלוש מילים: "תתבשל ילד, תתבשל"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שהסוגריים הופכים את הקורא עצמו לתינוק הנשכח, ויוצרים הזדהות מיידית בין הקורא לנפגע.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להסביר שהקיצור ההדרגתי ממחיש גרפית את החמצן שאוזל לתינוק, עד לשלוש המילים האחרונות.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הקורא הוא התינוק הנשכח - יצירת הזדהות מיידית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דימוי היציע מבטא קונפורמיות, או ההאנשה מבטאת חוסר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על אטימות המדינה, קשרי הון-שלטון, ותקשורת שממהרת לכותרות זולות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אישית: מה מרגישים כשמרגישים "נשכחים"? לפני חשיפת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ולשים לב לשינוי בקצב ובאורך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כדאי להדגיש שהביקורת כללית וחברתית, ולא לכוון לפרשנות פוליטית-מפלגתית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"המדינה שכחה תינוק במכונית (וזה אתה)" מאת אודי שרבני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מספר על תינוק שנשכח במכונית. זה משל למדינה ששוכחת לדאוג לאזרחים שלה. נלמד יחד על השיר ועל התמונות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בלי מילת הדמיון, כאילו דבר אחד הוא ממש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מטונימיה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לדבר בשם משהו הקשור אליו, למשל 'החליפות' במקום אנשי העסקים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אדם לדבר שאינו אדם, כמו 'המדינה מתפללת'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שמספר את השיר, לא בהכרח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שהשיר פונה אליו, כאן -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קונפורמיות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עם כולם בלי לחשוב בעצמך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אטימות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חוסר יכולת או רצון לראות ולהרגיש את כאב האחר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מתקצר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הבתים בשיר הולכים ונעשים קצרים יותר ככל שהשיר מתקדם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מתכוון השיר כשהוא כותב "וזה אתה"?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שהתינוק הוא הקורא, האזרח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שהמשורר עצמו שכח 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שהשיר מבוסס על ידיעה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שהמדינה היא התינוק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משתנה במכונית בתחילת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הטמפרטורה יורדת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החלונות נפתחים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הטמפרטורה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התינוק יוצא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חולף ליד המכונית ולא שם 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"החליפות" - בעלי הכוח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המדינה כדי להרגיש בסדר עם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הולכת אל "הרב שלה" למצוא היתר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קוראת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סוגרת את התיק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מתקשרת למשטרה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לקוח הדימוי של "כולם שרים אותו שיר"?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היציע במגרש הכדורגל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התיאטרון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ה"אתה" שבכותרת הוא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מסתיים במילים "תתבשל ילד, תתבשל".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לדברי שרבני עצמו, השיר הוא שיר "סוציולוגי".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מתואר שהתקשורת ממהרת להציל את התינוק.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הדימוי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"החליפות"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היחידה להציל את התינוק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החלונות הכהים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דימוי לקונפורמיות - כולם שרים אותו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היציע במגרש הכדורגל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המדינה מתנהגת כמהמרת בלי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ההגרלה והתפילה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מאפשרים לראות החוצה אך לא להביט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שבירת החלון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בעלי הכוח והעושר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 בציטוט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"הטמפרטורות רק __________, עולות"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"חלונות __________ ללא אפשרויות"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"בחוץ מילים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"תתבשל __________, תתבשל"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התקדמות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המדינה מחכה ליד הטלפון ומתפללת להגרלה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קצר בשלוש מילים: "תתבשל ילד, תתבשל"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המכונית הנעולה והחלונות הסגורים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ה"שיר" שהמדינה מכתיבה לכולם ביציע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פתיחת הבית הראשון בבית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הכותרת כוללת את הסוגריים "וזה אתה".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מבנה הבתים (הולך ומתקצר) משרת את תוכן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כותרת השיר לבין הקורא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הביקורת החברתית המרכזית שהשיר מעלה?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"המדינה שכחה תינוק במכונית (וזה אתה)" מאת אודי שרבני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