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"המדינה שכחה תינוק במכונית (וזה אתה)" מאת אודי שרבני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המטאפורה המרכזית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הקשר בין מבנה השיר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שהתינוק הוא הקורא, האזרח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הטמפרטורה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"החליפות" - בעלי הכוח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הולכת אל "הרב שלה" למצוא היתר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היציע במגרש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ה"אתה" הוא הקורא, האזרח, לא המשורר.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המילים האחרונות בשיר, סיום חריף 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הגדיר המשורר את השיר בראיון.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התקשורת ממהרת לכותרת זולה, לא להצלה בפועל.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הדימוי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(בעלי הכוח והעושר)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(מאפשרים לראות החוצה אך לא להביט)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(דימוי לקונפורמיות - כולם שרים אותו 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(המדינה מתנהגת כמהמרת בלי 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(הדרך היחידה להציל את התינוק)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 בציטוט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התקדמות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המכונית הנעולה והחלונות הסגורים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חזרה על פתיחת הבית הראשון בבית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ה"שיר" שהמדינה מכתיבה לכולם ביציע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המדינה מחכה ליד הטלפון ומתפללת להגרלה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קצר בשלוש מילים: "תתבשל ילד, תתבשל"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שהסוגריים הופכים את הקורא עצמו לתינוק הנשכח, ויוצרים הזדהות מיידית בין הקורא לנפגע.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להסביר שהקיצור ההדרגתי ממחיש גרפית את החמצן שאוזל לתינוק, עד לשלוש המילים האחרונות.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הקורא הוא התינוק הנשכח - יצירת הזדהות מיידית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דימוי היציע מבטא קונפורמיות, או ההאנשה מבטאת חוסר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ביקורת על אטימות המדינה, קשרי הון-שלטון, ותקשורת שממהרת לכותרות זולות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אישית: מה מרגישים כשמרגישים "נשכחים"? לפני חשיפת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ולשים לב לשינוי בקצב ובאורך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בכיתה כדאי להדגיש שהביקורת כללית וחברתית, ולא לכוון לפרשנות פוליטית-מפלגתית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"המדינה שכחה תינוק במכונית (וזה אתה)" מאת אודי שרבני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של אודי שרבני לוקח תופעה ישראלית כואבת ומוכרת, שכחת תינוק ברכב, והופך אותה למטאפורה ליחס המדינה לאזרח. בדף זה נתרגל את תוכן השיר, מבנהו והדימויים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מבארים הסוגריים בכותרת "וזה אתה"?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שהתינוק הוא הקורא, האזרח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שהמשורר עצמו שכח 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שהשיר מבוסס על ידיעה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שהמדינה היא התינוק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למכונית הנעולה ככל שהשיר מתקדם?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הטמפרטורה יורדת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החלונות נפתחים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הטמפרטורה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התינוק יוצא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עובר ליד המכונית הנעולה בלי לראות?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"החליפות" - בעלי הכוח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המדינה כדי "להשקיט את המצפון" לפי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הולכת אל "הרב שלה" למצוא היתר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קוראת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סוגרת את התיק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מתקשרת למשטרה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עולם דימוי משתמש השיר כדי לבקר קונפורמיות?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היציע במגרש הכדורגל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התיאטרון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ה"אתה" שבכותרת הוא המשורר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מסתיים במילים "תתבשל ילד, תתבשל".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שרבני עצמו, השיר הוא שיר "סוציולוגי".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מתואר שהתקשורת ממהרת להציל את התינוק.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הדימוי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"החליפות"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דימוי לקונפורמיות - כולם שרים אותו 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החלונות הכהים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המדינה מתנהגת כמהמרת בלי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היציע במגרש הכדורגל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מאפשרים לראות החוצה אך לא להביט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ההגרלה והתפילה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הדרך היחידה להציל את התינוק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שבירת החלון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בעלי הכוח והעושר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 בציטוט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"הטמפרטורות רק __________, עולות"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"חלונות __________ ללא אפשרויות"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"בחוץ מילים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"תתבשל __________, תתבשל"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התקדמות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קצר בשלוש מילים: "תתבשל ילד, תתבשל"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המדינה מחכה ליד הטלפון ומתפללת להגרלה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פתיחת הבית הראשון בבית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ה"שיר" שהמדינה מכתיבה לכולם ביציע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המכונית הנעולה והחלונות הסגורים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הכותרת כוללת את הסוגריים "וזה אתה".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מבנה הבתים (הולך ומתקצר) משרת את תוכן 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כותרת השיר לבין הקורא עצמו?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אמנותי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הביקורת החברתית המרכזית שהשיר מעלה?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"המדינה שכחה תינוק במכונית (וזה אתה)" מאת אודי שרבני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